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UMOWA KUPNA-SPRZEDAŻY POJAZDU</w:t>
      </w:r>
    </w:p>
    <w:p>
      <w:r>
        <w:t>zawarta w dniu …………………………………… w miejscowości …………………………………… pomiędzy:</w:t>
      </w:r>
    </w:p>
    <w:p>
      <w:r>
        <w:rPr>
          <w:b/>
        </w:rPr>
        <w:t>Sprzedającym:</w:t>
      </w:r>
    </w:p>
    <w:p>
      <w:r>
        <w:t>imię i nazwisko: …………………………………………………………………………</w:t>
      </w:r>
    </w:p>
    <w:p>
      <w:r>
        <w:t>adres zamieszkania: …………………………………………………………………………</w:t>
      </w:r>
    </w:p>
    <w:p>
      <w:r>
        <w:t>PESEL: …………………………………………………………………………</w:t>
      </w:r>
    </w:p>
    <w:p>
      <w:r>
        <w:t>seria i numer dowodu osobistego: …………………………………………………………………………</w:t>
      </w:r>
    </w:p>
    <w:p>
      <w:r>
        <w:t>a</w:t>
      </w:r>
    </w:p>
    <w:p>
      <w:r>
        <w:rPr>
          <w:b/>
        </w:rPr>
        <w:t>Kupującym:</w:t>
      </w:r>
    </w:p>
    <w:p>
      <w:r>
        <w:t>imię i nazwisko: …………………………………………………………………………</w:t>
      </w:r>
    </w:p>
    <w:p>
      <w:r>
        <w:t>adres zamieszkania: …………………………………………………………………………</w:t>
      </w:r>
    </w:p>
    <w:p>
      <w:r>
        <w:t>PESEL: …………………………………………………………………………</w:t>
      </w:r>
    </w:p>
    <w:p>
      <w:r>
        <w:t>seria i numer dowodu osobistego: …………………………………………………………………………</w:t>
      </w:r>
    </w:p>
    <w:p>
      <w:pPr>
        <w:spacing w:before="160"/>
      </w:pPr>
      <w:r>
        <w:rPr>
          <w:b/>
        </w:rPr>
        <w:t>§ 1. Przedmiot umowy</w:t>
      </w:r>
    </w:p>
    <w:p>
      <w:r>
        <w:t>Sprzedający sprzedaje, a Kupujący kupuje pojazd:</w:t>
      </w:r>
    </w:p>
    <w:p>
      <w:r>
        <w:t>marka i model: …………………………………………………………………………</w:t>
      </w:r>
    </w:p>
    <w:p>
      <w:r>
        <w:t>rok produkcji: …………………………………………………………………………</w:t>
      </w:r>
    </w:p>
    <w:p>
      <w:r>
        <w:t>numer nadwozia (VIN): …………………………………………………………………………</w:t>
      </w:r>
    </w:p>
    <w:p>
      <w:r>
        <w:t>numer rejestracyjny: …………………………………………………………………………</w:t>
      </w:r>
    </w:p>
    <w:p>
      <w:r>
        <w:t>numer karty pojazdu (jeśli wydano): …………………………………………………………………………</w:t>
      </w:r>
    </w:p>
    <w:p>
      <w:r>
        <w:t>przebieg (km): …………………………………………………………………………</w:t>
      </w:r>
    </w:p>
    <w:p>
      <w:r>
        <w:t>pojemność silnika (cm³): …………………………………………………………………………</w:t>
      </w:r>
    </w:p>
    <w:p>
      <w:r>
        <w:t>kolor: …………………………………………………………………………</w:t>
      </w:r>
    </w:p>
    <w:p>
      <w:pPr>
        <w:spacing w:before="160"/>
      </w:pPr>
      <w:r>
        <w:rPr>
          <w:b/>
        </w:rPr>
        <w:t>§ 2. Oświadczenia Sprzedającego</w:t>
      </w:r>
    </w:p>
    <w:p>
      <w:r>
        <w:t>1. Sprzedający oświadcza, że pojazd stanowi jego własność, jest wolny od wad prawnych i praw osób trzecich, nie jest przedmiotem zabezpieczenia ani żadnego postępowania.</w:t>
      </w:r>
    </w:p>
    <w:p>
      <w:r>
        <w:t>2. Znane Sprzedającemu wady pojazdu (wpisać „brak”, jeśli nie są znane): …………………………………………………………………………</w:t>
      </w:r>
    </w:p>
    <w:p>
      <w:pPr>
        <w:spacing w:before="160"/>
      </w:pPr>
      <w:r>
        <w:rPr>
          <w:b/>
        </w:rPr>
        <w:t>§ 3. Cena i płatność</w:t>
      </w:r>
    </w:p>
    <w:p>
      <w:r>
        <w:t>1. Strony ustalają cenę pojazdu na …………………………………… zł (słownie: …………………………………… złotych).</w:t>
      </w:r>
    </w:p>
    <w:p>
      <w:r>
        <w:t>2. Cena zostaje zapłacona: ☐ gotówką przy podpisaniu umowy, co Sprzedający potwierdza podpisem pod umową; ☐ przelewem na rachunek Sprzedającego nr …………………………………… do dnia …………………………………….</w:t>
      </w:r>
    </w:p>
    <w:p>
      <w:pPr>
        <w:spacing w:before="160"/>
      </w:pPr>
      <w:r>
        <w:rPr>
          <w:b/>
        </w:rPr>
        <w:t>§ 4. Wydanie pojazdu</w:t>
      </w:r>
    </w:p>
    <w:p>
      <w:r>
        <w:t>Sprzedający wydaje Kupującemu pojazd w dniu …………………………………… o godzinie …………………………………… wraz z: dowodem rejestracyjnym, kartą pojazdu (jeśli wydano), kompletami kluczyków w liczbie ……………………………………, polisą OC nr …………………………………… oraz: ……………………………………</w:t>
      </w:r>
    </w:p>
    <w:p>
      <w:pPr>
        <w:spacing w:before="160"/>
      </w:pPr>
      <w:r>
        <w:rPr>
          <w:b/>
        </w:rPr>
        <w:t>§ 5. Stan techniczny</w:t>
      </w:r>
    </w:p>
    <w:p>
      <w:r>
        <w:t>Kupujący oświadcza, że zapoznał się ze stanem technicznym pojazdu i nie wnosi do niego zastrzeżeń.</w:t>
      </w:r>
    </w:p>
    <w:p>
      <w:pPr>
        <w:spacing w:before="160"/>
      </w:pPr>
      <w:r>
        <w:rPr>
          <w:b/>
        </w:rPr>
        <w:t>§ 6. Koszty</w:t>
      </w:r>
    </w:p>
    <w:p>
      <w:r>
        <w:t>Koszty związane z zawarciem umowy, w tym podatek od czynności cywilnoprawnych, ponosi Kupujący.</w:t>
      </w:r>
    </w:p>
    <w:p>
      <w:pPr>
        <w:spacing w:before="160"/>
      </w:pPr>
      <w:r>
        <w:rPr>
          <w:b/>
        </w:rPr>
        <w:t>§ 7. Postanowienia końcowe</w:t>
      </w:r>
    </w:p>
    <w:p>
      <w:r>
        <w:t>1. W sprawach nieuregulowanych umową stosuje się przepisy Kodeksu cywilnego.</w:t>
      </w:r>
    </w:p>
    <w:p>
      <w:r>
        <w:t>2. Zmiany umowy wymagają formy pisemnej pod rygorem nieważności.</w:t>
      </w:r>
    </w:p>
    <w:p>
      <w:r>
        <w:t>3. Umowę sporządzono w dwóch jednobrzmiących egzemplarzach, po jednym dla każdej ze stron.</w:t>
      </w:r>
    </w:p>
    <w:p/>
    <w:p/>
    <w:p>
      <w:pPr>
        <w:spacing w:before="480"/>
      </w:pPr>
      <w:r>
        <w:t>…………………………………………………………………………</w:t>
        <w:tab/>
        <w:tab/>
        <w:t>…………………………………………………………………………</w:t>
      </w:r>
    </w:p>
    <w:p>
      <w:r>
        <w:t>Sprzedający</w:t>
        <w:tab/>
        <w:tab/>
        <w:tab/>
        <w:tab/>
        <w:tab/>
        <w:tab/>
        <w:t>Kupujący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